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left"/>
      </w:pPr>
      <w:r>
        <w:rPr>
          <w:b/>
          <w:i w:val="0"/>
          <w:u w:val="single"/>
        </w:rPr>
        <w:t>PROCESO ELECTORAL 2026</w:t>
      </w:r>
    </w:p>
    <w:p>
      <w:pPr>
        <w:spacing w:after="120"/>
        <w:jc w:val="left"/>
      </w:pPr>
      <w:r>
        <w:rPr>
          <w:b/>
          <w:i w:val="0"/>
          <w:u w:val="single"/>
        </w:rPr>
        <w:t>FEDERACIÓN CANARIA DE AUTOMOVILISMO</w:t>
      </w:r>
    </w:p>
    <w:p>
      <w:pPr>
        <w:spacing w:after="40"/>
        <w:jc w:val="left"/>
      </w:pPr>
      <w:r>
        <w:rPr>
          <w:b/>
          <w:i w:val="0"/>
          <w:u w:val="single"/>
        </w:rPr>
        <w:t>ASUNTO:</w:t>
      </w:r>
    </w:p>
    <w:p>
      <w:pPr>
        <w:spacing w:after="0"/>
        <w:jc w:val="left"/>
        <w:shd w:val="clear" w:color="auto" w:fill="E7E6E6"/>
      </w:pPr>
      <w:r>
        <w:rPr>
          <w:b/>
          <w:i w:val="0"/>
          <w:u w:val="none"/>
        </w:rPr>
        <w:t>TOMA DE POSESIÓN DE MIEMBROS ELECTOS DE LA ASAMBLEA DE LA FEDERACIÓN INSULAR DE AUTOMOVILISMO DE LA PALMA (FIALP)</w:t>
      </w:r>
    </w:p>
    <w:p>
      <w:pPr>
        <w:spacing w:after="0"/>
        <w:jc w:val="left"/>
        <w:shd w:val="clear" w:color="auto" w:fill="E7E6E6"/>
      </w:pPr>
      <w:r>
        <w:rPr>
          <w:b/>
          <w:i w:val="0"/>
          <w:u w:val="none"/>
        </w:rPr>
        <w:t>(ESTAMENTO DE DEPORTISTAS)</w:t>
      </w:r>
    </w:p>
    <w:p>
      <w:pPr>
        <w:spacing w:after="0"/>
      </w:pPr>
      <w:r>
        <w:rPr>
          <w:b w:val="0"/>
          <w:i w:val="0"/>
          <w:u w:val="none"/>
        </w:rPr>
      </w:r>
    </w:p>
    <w:p>
      <w:pPr>
        <w:spacing w:after="0" w:before="120"/>
        <w:jc w:val="center"/>
      </w:pPr>
      <w:r>
        <w:rPr>
          <w:b/>
          <w:i w:val="0"/>
          <w:u w:val="none"/>
        </w:rPr>
        <w:t>ACTA DE TOMA DE POSESIÓN COMO MIEMBRO DE LA</w:t>
      </w:r>
    </w:p>
    <w:p>
      <w:pPr>
        <w:spacing w:after="160"/>
        <w:jc w:val="center"/>
      </w:pPr>
      <w:r>
        <w:rPr>
          <w:b/>
          <w:i w:val="0"/>
          <w:u w:val="none"/>
        </w:rPr>
        <w:t>ASAMBLEA DE LA FEDERACIÓN INSULAR DE AUTOMOVILISMO DE LA PALMA (FIALP)</w:t>
      </w:r>
    </w:p>
    <w:p>
      <w:pPr>
        <w:spacing w:after="0"/>
      </w:pPr>
      <w:r>
        <w:rPr>
          <w:b w:val="0"/>
          <w:i w:val="0"/>
          <w:u w:val="none"/>
        </w:rPr>
        <w:t xml:space="preserve">En cumplimiento de lo dispuesto en la Orden de la Consejería de Educación, Cultura y Deportes de 4 de octubre de 2001, por la que se regulan los procesos electorales en las Federaciones Deportivas Canarias, y en su Reglamento Electoral General (Anexo I), y una vez efectuada por la Junta Electoral la proclamación definitiva de los candidatos electos a la Asamblea de la Federación Insular de Automovilismo de La Palma mediante su Resolución nº </w:t>
      </w:r>
      <w:r>
        <w:rPr>
          <w:highlight w:val="yellow"/>
        </w:rPr>
        <w:t>[__]</w:t>
      </w:r>
      <w:r>
        <w:t xml:space="preserve">, de </w:t>
      </w:r>
      <w:r>
        <w:rPr>
          <w:highlight w:val="yellow"/>
        </w:rPr>
        <w:t>[__] de [______]</w:t>
      </w:r>
      <w:r>
        <w:rPr>
          <w:b w:val="0"/>
        </w:rPr>
        <w:t xml:space="preserve"> de 2026, se procede al ACTO DE TOMA DE POSESIÓN DE:</w:t>
      </w:r>
    </w:p>
    <w:p>
      <w:pPr>
        <w:spacing w:after="40"/>
      </w:pPr>
      <w:r>
        <w:rPr>
          <w:b w:val="0"/>
          <w:i w:val="0"/>
          <w:u w:val="none"/>
        </w:rPr>
      </w:r>
    </w:p>
    <w:p>
      <w:pPr>
        <w:jc w:val="left"/>
      </w:pPr>
      <w:r>
        <w:rPr>
          <w:b/>
          <w:i w:val="0"/>
          <w:u w:val="none"/>
        </w:rPr>
        <w:t xml:space="preserve">D./Dª </w:t>
      </w:r>
      <w:r>
        <w:rPr>
          <w:b w:val="0"/>
          <w:i w:val="0"/>
          <w:u w:val="none"/>
        </w:rPr>
        <w:t>……………………………………………………………………</w:t>
      </w:r>
    </w:p>
    <w:p>
      <w:pPr>
        <w:jc w:val="left"/>
      </w:pPr>
      <w:r>
        <w:rPr>
          <w:b w:val="0"/>
          <w:i w:val="0"/>
          <w:u w:val="none"/>
        </w:rPr>
        <w:t xml:space="preserve">con DNI nº </w:t>
      </w:r>
      <w:r>
        <w:rPr>
          <w:b w:val="0"/>
          <w:i w:val="0"/>
          <w:u w:val="none"/>
        </w:rPr>
        <w:t>……………………………</w:t>
      </w:r>
    </w:p>
    <w:p>
      <w:pPr>
        <w:jc w:val="left"/>
      </w:pPr>
      <w:r>
        <w:rPr>
          <w:b w:val="0"/>
          <w:i w:val="0"/>
          <w:u w:val="none"/>
        </w:rPr>
        <w:t xml:space="preserve">con domicilio en la calle </w:t>
      </w:r>
      <w:r>
        <w:rPr>
          <w:b w:val="0"/>
          <w:i w:val="0"/>
          <w:u w:val="none"/>
        </w:rPr>
        <w:t>………………………………………………</w:t>
      </w:r>
      <w:r>
        <w:rPr>
          <w:b w:val="0"/>
          <w:i w:val="0"/>
          <w:u w:val="none"/>
        </w:rPr>
        <w:t xml:space="preserve">, localidad </w:t>
      </w:r>
      <w:r>
        <w:rPr>
          <w:b w:val="0"/>
          <w:i w:val="0"/>
          <w:u w:val="none"/>
        </w:rPr>
        <w:t>………………………</w:t>
      </w:r>
      <w:r>
        <w:rPr>
          <w:b w:val="0"/>
          <w:i w:val="0"/>
          <w:u w:val="none"/>
        </w:rPr>
        <w:t xml:space="preserve">, C.P. </w:t>
      </w:r>
      <w:r>
        <w:rPr>
          <w:b w:val="0"/>
          <w:i w:val="0"/>
          <w:u w:val="none"/>
        </w:rPr>
        <w:t>…………</w:t>
      </w:r>
    </w:p>
    <w:p>
      <w:pPr>
        <w:spacing w:before="80"/>
      </w:pPr>
      <w:r>
        <w:rPr>
          <w:b w:val="0"/>
          <w:i w:val="0"/>
          <w:u w:val="none"/>
        </w:rPr>
        <w:t xml:space="preserve">COMO MIEMBRO DE LA </w:t>
      </w:r>
      <w:r>
        <w:rPr>
          <w:b/>
          <w:i w:val="0"/>
          <w:u w:val="none"/>
        </w:rPr>
        <w:t>ASAMBLEA DE LA FEDERACIÓN INSULAR DE AUTOMOVILISMO DE LA PALMA (FIALP)</w:t>
      </w:r>
      <w:r>
        <w:rPr>
          <w:b w:val="0"/>
          <w:i w:val="0"/>
          <w:u w:val="none"/>
        </w:rPr>
        <w:t xml:space="preserve">, por el estamento de </w:t>
      </w:r>
      <w:r>
        <w:rPr>
          <w:b/>
          <w:i w:val="0"/>
          <w:u w:val="none"/>
        </w:rPr>
        <w:t>DEPORTISTAS</w:t>
      </w:r>
      <w:r>
        <w:rPr>
          <w:b w:val="0"/>
          <w:i w:val="0"/>
          <w:u w:val="none"/>
        </w:rPr>
        <w:t xml:space="preserve">, </w:t>
      </w:r>
      <w:r>
        <w:rPr>
          <w:b/>
          <w:i w:val="0"/>
          <w:u w:val="none"/>
        </w:rPr>
        <w:t>INSULAR DE LA PALMA</w:t>
      </w:r>
      <w:r>
        <w:rPr>
          <w:b w:val="0"/>
          <w:i w:val="0"/>
          <w:u w:val="none"/>
        </w:rPr>
        <w:t>.</w:t>
      </w:r>
    </w:p>
    <w:p>
      <w:pPr>
        <w:spacing w:before="120"/>
      </w:pPr>
      <w:r>
        <w:rPr>
          <w:b w:val="0"/>
          <w:i w:val="0"/>
          <w:u w:val="none"/>
        </w:rPr>
        <w:t xml:space="preserve">UNA VEZ PROCLAMADO/A DE FORMA DEFINITIVA POR LA JUNTA ELECTORAL COMO MIEMBRO ELECTO DE LA </w:t>
      </w:r>
      <w:r>
        <w:rPr>
          <w:b/>
          <w:i w:val="0"/>
          <w:u w:val="none"/>
        </w:rPr>
        <w:t>ASAMBLEA DE LA FEDERACIÓN INSULAR DE AUTOMOVILISMO DE LA PALMA (FIALP)</w:t>
      </w:r>
      <w:r>
        <w:rPr>
          <w:b w:val="0"/>
          <w:i w:val="0"/>
          <w:u w:val="none"/>
        </w:rPr>
        <w:t xml:space="preserve">, y en virtud de lo dispuesto en el artículo 17 del Reglamento Electoral General y demás normativa vigente, </w:t>
      </w:r>
      <w:r>
        <w:rPr>
          <w:b w:val="0"/>
          <w:i w:val="0"/>
          <w:u w:val="none"/>
        </w:rPr>
        <w:t>el/la miembro electo/a</w:t>
      </w:r>
      <w:r>
        <w:rPr>
          <w:b/>
          <w:i w:val="0"/>
          <w:u w:val="none"/>
        </w:rPr>
        <w:t xml:space="preserve"> TOMA POSESIÓN y </w:t>
      </w:r>
      <w:r>
        <w:rPr>
          <w:b/>
          <w:i w:val="0"/>
          <w:u w:val="none"/>
        </w:rPr>
        <w:t>☐ PROMETE   ☐ JURA</w:t>
      </w:r>
      <w:r>
        <w:rPr>
          <w:b/>
          <w:i w:val="0"/>
          <w:u w:val="none"/>
        </w:rPr>
        <w:t xml:space="preserve"> ACATAR LOS ESTATUTOS Y REGLAMENTOS DE LA FEDERACIÓN CANARIA DE AUTOMOVILISMO</w:t>
      </w:r>
      <w:r>
        <w:rPr>
          <w:b/>
          <w:i w:val="0"/>
          <w:u w:val="none"/>
        </w:rPr>
        <w:t xml:space="preserve"> Y DE LA FEDERACIÓN INSULAR DE AUTOMOVILISMO DE LA PALMA</w:t>
      </w:r>
      <w:r>
        <w:rPr>
          <w:b w:val="0"/>
          <w:i w:val="0"/>
          <w:u w:val="none"/>
        </w:rPr>
        <w:t>.</w:t>
      </w:r>
    </w:p>
    <w:p>
      <w:pPr>
        <w:keepNext/>
        <w:spacing w:before="120"/>
        <w:jc w:val="left"/>
      </w:pPr>
      <w:r>
        <w:rPr>
          <w:b w:val="0"/>
          <w:i w:val="0"/>
          <w:u w:val="none"/>
        </w:rPr>
        <w:t>……………………………………………………</w:t>
      </w:r>
      <w:r>
        <w:rPr>
          <w:b w:val="0"/>
          <w:i w:val="0"/>
          <w:u w:val="none"/>
        </w:rPr>
        <w:t xml:space="preserve">, a </w:t>
      </w:r>
      <w:r>
        <w:rPr>
          <w:b w:val="0"/>
          <w:i w:val="0"/>
          <w:u w:val="none"/>
        </w:rPr>
        <w:t>……</w:t>
      </w:r>
      <w:r>
        <w:rPr>
          <w:b w:val="0"/>
          <w:i w:val="0"/>
          <w:u w:val="none"/>
        </w:rPr>
        <w:t xml:space="preserve"> de </w:t>
      </w:r>
      <w:r>
        <w:rPr>
          <w:b w:val="0"/>
          <w:i w:val="0"/>
          <w:u w:val="none"/>
        </w:rPr>
        <w:t>……………………………</w:t>
      </w:r>
      <w:r>
        <w:rPr>
          <w:b w:val="0"/>
          <w:i w:val="0"/>
          <w:u w:val="none"/>
        </w:rPr>
        <w:t xml:space="preserve"> de 2026.</w:t>
      </w:r>
    </w:p>
    <w:p>
      <w:pPr>
        <w:keepNext/>
        <w:spacing w:after="120"/>
        <w:jc w:val="left"/>
      </w:pPr>
      <w:r>
        <w:rPr>
          <w:b w:val="0"/>
          <w:i/>
          <w:sz w:val="18"/>
          <w:u w:val="none"/>
        </w:rPr>
        <w:t>(localidad)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536"/>
        <w:gridCol w:w="4536"/>
      </w:tblGrid>
      <w:tr>
        <w:trPr>
          <w:cantSplit w:val="true"/>
        </w:trPr>
        <w:tc>
          <w:tcPr>
            <w:tcW w:type="dxa" w:w="4535"/>
          </w:tcPr>
          <w:p>
            <w:pPr>
              <w:keepNext/>
              <w:spacing w:after="0"/>
              <w:jc w:val="center"/>
            </w:pPr>
            <w:r/>
            <w:r>
              <w:rPr>
                <w:b w:val="0"/>
                <w:sz w:val="22"/>
              </w:rPr>
              <w:t>Fdo.: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/>
                <w:sz w:val="22"/>
              </w:rPr>
              <w:t>EL/LA MIEMBRO ELECTO/A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  <w:t>(nombre, apellidos y firma)</w:t>
            </w:r>
          </w:p>
        </w:tc>
        <w:tc>
          <w:tcPr>
            <w:tcW w:type="dxa" w:w="4535"/>
          </w:tcPr>
          <w:p>
            <w:pPr>
              <w:keepNext/>
              <w:spacing w:after="0"/>
              <w:jc w:val="center"/>
            </w:pPr>
            <w:r/>
            <w:r>
              <w:rPr>
                <w:b w:val="0"/>
                <w:sz w:val="22"/>
              </w:rPr>
              <w:t>Fdo.: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/>
                <w:sz w:val="22"/>
              </w:rPr>
              <w:t>POR LA JUNTA ELECTORAL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  <w:t>El Secretario: D. Antonio José Guerra Rodríguez</w:t>
            </w:r>
          </w:p>
        </w:tc>
      </w:tr>
    </w:tbl>
    <w:p>
      <w:pPr>
        <w:pageBreakBefore/>
        <w:spacing w:after="0"/>
        <w:jc w:val="left"/>
      </w:pPr>
      <w:r>
        <w:rPr>
          <w:b/>
          <w:i w:val="0"/>
          <w:u w:val="single"/>
        </w:rPr>
        <w:t>PROCESO ELECTORAL 2026</w:t>
      </w:r>
    </w:p>
    <w:p>
      <w:pPr>
        <w:spacing w:after="120"/>
        <w:jc w:val="left"/>
      </w:pPr>
      <w:r>
        <w:rPr>
          <w:b/>
          <w:i w:val="0"/>
          <w:u w:val="single"/>
        </w:rPr>
        <w:t>FEDERACIÓN CANARIA DE AUTOMOVILISMO</w:t>
      </w:r>
    </w:p>
    <w:p>
      <w:pPr>
        <w:spacing w:after="40"/>
        <w:jc w:val="left"/>
      </w:pPr>
      <w:r>
        <w:rPr>
          <w:b/>
          <w:i w:val="0"/>
          <w:u w:val="single"/>
        </w:rPr>
        <w:t>ASUNTO:</w:t>
      </w:r>
    </w:p>
    <w:p>
      <w:pPr>
        <w:spacing w:after="0"/>
        <w:jc w:val="left"/>
        <w:shd w:val="clear" w:color="auto" w:fill="E7E6E6"/>
      </w:pPr>
      <w:r>
        <w:rPr>
          <w:b/>
          <w:i w:val="0"/>
          <w:u w:val="none"/>
        </w:rPr>
        <w:t>TOMA DE POSESIÓN DE MIEMBROS ELECTOS DE LA ASAMBLEA DE LA FEDERACIÓN INSULAR DE AUTOMOVILISMO DE LA PALMA (FIALP)</w:t>
      </w:r>
    </w:p>
    <w:p>
      <w:pPr>
        <w:spacing w:after="0"/>
        <w:jc w:val="left"/>
        <w:shd w:val="clear" w:color="auto" w:fill="E7E6E6"/>
      </w:pPr>
      <w:r>
        <w:rPr>
          <w:b/>
          <w:i w:val="0"/>
          <w:u w:val="none"/>
        </w:rPr>
        <w:t>(ESTAMENTO DE CLUBES)</w:t>
      </w:r>
    </w:p>
    <w:p>
      <w:pPr>
        <w:spacing w:after="0"/>
      </w:pPr>
      <w:r>
        <w:rPr>
          <w:b w:val="0"/>
          <w:i w:val="0"/>
          <w:u w:val="none"/>
        </w:rPr>
      </w:r>
    </w:p>
    <w:p>
      <w:pPr>
        <w:spacing w:after="80"/>
        <w:jc w:val="center"/>
      </w:pPr>
      <w:r>
        <w:rPr>
          <w:b/>
          <w:i w:val="0"/>
          <w:sz w:val="22"/>
          <w:u w:val="none"/>
        </w:rPr>
        <w:t>ACTA DE TOMA DE POSESIÓN COMO MIEMBRO DE LA ASAMBLEA DE LA FEDERACIÓN INSULAR DE AUTOMOVILISMO DE LA PALMA (FIALP)</w:t>
      </w:r>
    </w:p>
    <w:p>
      <w:pPr>
        <w:spacing w:after="0"/>
      </w:pPr>
      <w:r>
        <w:rPr>
          <w:b w:val="0"/>
          <w:i w:val="0"/>
          <w:u w:val="none"/>
        </w:rPr>
        <w:t xml:space="preserve">En cumplimiento de lo dispuesto en la Orden de la Consejería de Educación, Cultura y Deportes de 4 de octubre de 2001, por la que se regulan los procesos electorales en las Federaciones Deportivas Canarias, y en su Reglamento Electoral General (Anexo I), y una vez efectuada por la Junta Electoral la proclamación definitiva de los candidatos electos a la Asamblea de la Federación Insular de Automovilismo de La Palma mediante su Resolución nº </w:t>
      </w:r>
      <w:r>
        <w:rPr>
          <w:highlight w:val="yellow"/>
        </w:rPr>
        <w:t>[__]</w:t>
      </w:r>
      <w:r>
        <w:t xml:space="preserve">, de </w:t>
      </w:r>
      <w:r>
        <w:rPr>
          <w:highlight w:val="yellow"/>
        </w:rPr>
        <w:t>[__] de [______]</w:t>
      </w:r>
      <w:r>
        <w:rPr>
          <w:b w:val="0"/>
        </w:rPr>
        <w:t xml:space="preserve"> de 2026, se procede al ACTO DE TOMA DE POSESIÓN DE:</w:t>
      </w:r>
    </w:p>
    <w:p>
      <w:pPr>
        <w:spacing w:after="40"/>
      </w:pPr>
      <w:r>
        <w:rPr>
          <w:b w:val="0"/>
          <w:i w:val="0"/>
          <w:u w:val="none"/>
        </w:rPr>
      </w:r>
    </w:p>
    <w:p>
      <w:pPr>
        <w:jc w:val="left"/>
      </w:pPr>
      <w:r>
        <w:rPr>
          <w:b/>
          <w:i w:val="0"/>
          <w:u w:val="none"/>
        </w:rPr>
        <w:t xml:space="preserve">El CLUB / ENTIDAD </w:t>
      </w:r>
      <w:r>
        <w:rPr>
          <w:b w:val="0"/>
          <w:i/>
          <w:u w:val="none"/>
        </w:rPr>
        <w:t xml:space="preserve">(denominación oficial completa): </w:t>
      </w:r>
      <w:r>
        <w:rPr>
          <w:b w:val="0"/>
          <w:i w:val="0"/>
          <w:u w:val="none"/>
        </w:rPr>
        <w:t>…………………………………………………………</w:t>
      </w:r>
    </w:p>
    <w:p>
      <w:pPr>
        <w:jc w:val="left"/>
      </w:pPr>
      <w:r>
        <w:rPr>
          <w:b w:val="0"/>
          <w:i w:val="0"/>
          <w:u w:val="none"/>
        </w:rPr>
        <w:t xml:space="preserve">con domicilio en </w:t>
      </w:r>
      <w:r>
        <w:rPr>
          <w:b w:val="0"/>
          <w:i/>
          <w:u w:val="none"/>
        </w:rPr>
        <w:t xml:space="preserve">(calle, número, localidad, C.P.) </w:t>
      </w:r>
      <w:r>
        <w:rPr>
          <w:b w:val="0"/>
          <w:i w:val="0"/>
          <w:u w:val="none"/>
        </w:rPr>
        <w:t>…………………………………………………</w:t>
      </w:r>
    </w:p>
    <w:p>
      <w:pPr>
        <w:jc w:val="left"/>
      </w:pPr>
      <w:r>
        <w:rPr>
          <w:b w:val="0"/>
          <w:i w:val="0"/>
          <w:u w:val="none"/>
        </w:rPr>
        <w:t xml:space="preserve">e inscrito en el Registro de Entidades Deportivas de Canarias con el nº </w:t>
      </w:r>
      <w:r>
        <w:rPr>
          <w:b w:val="0"/>
          <w:i w:val="0"/>
          <w:u w:val="none"/>
        </w:rPr>
        <w:t>………………</w:t>
      </w:r>
    </w:p>
    <w:p>
      <w:pPr>
        <w:spacing w:before="80"/>
      </w:pPr>
      <w:r>
        <w:rPr>
          <w:b w:val="0"/>
          <w:i w:val="0"/>
          <w:u w:val="none"/>
        </w:rPr>
        <w:t xml:space="preserve">COMO MIEMBRO DE LA </w:t>
      </w:r>
      <w:r>
        <w:rPr>
          <w:b/>
          <w:i w:val="0"/>
          <w:u w:val="none"/>
        </w:rPr>
        <w:t>ASAMBLEA DE LA FEDERACIÓN INSULAR DE AUTOMOVILISMO DE LA PALMA (FIALP)</w:t>
      </w:r>
      <w:r>
        <w:rPr>
          <w:b w:val="0"/>
          <w:i w:val="0"/>
          <w:u w:val="none"/>
        </w:rPr>
        <w:t xml:space="preserve">, por el estamento de </w:t>
      </w:r>
      <w:r>
        <w:rPr>
          <w:b/>
          <w:i w:val="0"/>
          <w:u w:val="none"/>
        </w:rPr>
        <w:t>CLUBES</w:t>
      </w:r>
      <w:r>
        <w:rPr>
          <w:b w:val="0"/>
          <w:i w:val="0"/>
          <w:u w:val="none"/>
        </w:rPr>
        <w:t xml:space="preserve">, </w:t>
      </w:r>
      <w:r>
        <w:rPr>
          <w:b/>
          <w:i w:val="0"/>
          <w:u w:val="none"/>
        </w:rPr>
        <w:t>INSULAR DE LA PALMA</w:t>
      </w:r>
      <w:r>
        <w:rPr>
          <w:b w:val="0"/>
          <w:i w:val="0"/>
          <w:u w:val="none"/>
        </w:rPr>
        <w:t>.</w:t>
      </w:r>
    </w:p>
    <w:p>
      <w:pPr>
        <w:spacing w:before="80"/>
      </w:pPr>
      <w:r>
        <w:rPr>
          <w:b w:val="0"/>
          <w:i w:val="0"/>
          <w:u w:val="none"/>
        </w:rPr>
        <w:t xml:space="preserve">Y, EN SU NOMBRE Y REPRESENTACIÓN, D./Dª </w:t>
      </w:r>
      <w:r>
        <w:rPr>
          <w:b w:val="0"/>
          <w:i w:val="0"/>
          <w:u w:val="none"/>
        </w:rPr>
        <w:t>……………………………………………………</w:t>
      </w:r>
      <w:r>
        <w:rPr>
          <w:b w:val="0"/>
          <w:i w:val="0"/>
          <w:u w:val="none"/>
        </w:rPr>
        <w:t xml:space="preserve">, con DNI nº </w:t>
      </w:r>
      <w:r>
        <w:rPr>
          <w:b w:val="0"/>
          <w:i w:val="0"/>
          <w:u w:val="none"/>
        </w:rPr>
        <w:t>……………………</w:t>
      </w:r>
      <w:r>
        <w:rPr>
          <w:b w:val="0"/>
          <w:i w:val="0"/>
          <w:u w:val="none"/>
        </w:rPr>
        <w:t xml:space="preserve">, en su condición de </w:t>
      </w:r>
      <w:r>
        <w:rPr>
          <w:b/>
          <w:i w:val="0"/>
          <w:u w:val="none"/>
        </w:rPr>
        <w:t>☐ Presidente/a   ☐ directivo/a designado/a por la Junta Directiva</w:t>
      </w:r>
      <w:r>
        <w:rPr>
          <w:b w:val="0"/>
          <w:i w:val="0"/>
          <w:u w:val="none"/>
        </w:rPr>
        <w:t xml:space="preserve"> como representante de la entidad ante la Asamblea (artículo 8.3 del Reglamento Electoral General y artículo 5.1.b) de la Orden), </w:t>
      </w:r>
      <w:r>
        <w:rPr>
          <w:b w:val="0"/>
          <w:i/>
          <w:u w:val="none"/>
        </w:rPr>
        <w:t>acompañando, en caso de directivo/a, certificado del Secretario/a del club con el visto bueno del Presidente/a.</w:t>
      </w:r>
    </w:p>
    <w:p>
      <w:pPr>
        <w:spacing w:before="120"/>
      </w:pPr>
      <w:r>
        <w:rPr>
          <w:b w:val="0"/>
          <w:i w:val="0"/>
          <w:u w:val="none"/>
        </w:rPr>
        <w:t xml:space="preserve">UNA VEZ PROCLAMADO/A DE FORMA DEFINITIVA POR LA JUNTA ELECTORAL COMO MIEMBRO ELECTO DE LA </w:t>
      </w:r>
      <w:r>
        <w:rPr>
          <w:b/>
          <w:i w:val="0"/>
          <w:u w:val="none"/>
        </w:rPr>
        <w:t>ASAMBLEA DE LA FEDERACIÓN INSULAR DE AUTOMOVILISMO DE LA PALMA (FIALP)</w:t>
      </w:r>
      <w:r>
        <w:rPr>
          <w:b w:val="0"/>
          <w:i w:val="0"/>
          <w:u w:val="none"/>
        </w:rPr>
        <w:t xml:space="preserve">, y en virtud de lo dispuesto en el artículo 17 del Reglamento Electoral General y demás normativa vigente, </w:t>
      </w:r>
      <w:r>
        <w:rPr>
          <w:b w:val="0"/>
          <w:i w:val="0"/>
          <w:u w:val="none"/>
        </w:rPr>
        <w:t>el/la representante de la entidad, en nombre de esta,</w:t>
      </w:r>
      <w:r>
        <w:rPr>
          <w:b/>
          <w:i w:val="0"/>
          <w:u w:val="none"/>
        </w:rPr>
        <w:t xml:space="preserve"> TOMA POSESIÓN y </w:t>
      </w:r>
      <w:r>
        <w:rPr>
          <w:b/>
          <w:i w:val="0"/>
          <w:u w:val="none"/>
        </w:rPr>
        <w:t>☐ PROMETE   ☐ JURA</w:t>
      </w:r>
      <w:r>
        <w:rPr>
          <w:b/>
          <w:i w:val="0"/>
          <w:u w:val="none"/>
        </w:rPr>
        <w:t xml:space="preserve"> ACATAR LOS ESTATUTOS Y REGLAMENTOS DE LA FEDERACIÓN CANARIA DE AUTOMOVILISMO</w:t>
      </w:r>
      <w:r>
        <w:rPr>
          <w:b/>
          <w:i w:val="0"/>
          <w:u w:val="none"/>
        </w:rPr>
        <w:t xml:space="preserve"> Y DE LA FEDERACIÓN INSULAR DE AUTOMOVILISMO DE LA PALMA</w:t>
      </w:r>
      <w:r>
        <w:rPr>
          <w:b w:val="0"/>
          <w:i w:val="0"/>
          <w:u w:val="none"/>
        </w:rPr>
        <w:t>.</w:t>
      </w:r>
    </w:p>
    <w:p>
      <w:pPr>
        <w:keepNext/>
        <w:spacing w:before="120"/>
        <w:jc w:val="left"/>
      </w:pPr>
      <w:r>
        <w:rPr>
          <w:b w:val="0"/>
          <w:i w:val="0"/>
          <w:u w:val="none"/>
        </w:rPr>
        <w:t>……………………………………………………</w:t>
      </w:r>
      <w:r>
        <w:rPr>
          <w:b w:val="0"/>
          <w:i w:val="0"/>
          <w:u w:val="none"/>
        </w:rPr>
        <w:t xml:space="preserve">, a </w:t>
      </w:r>
      <w:r>
        <w:rPr>
          <w:b w:val="0"/>
          <w:i w:val="0"/>
          <w:u w:val="none"/>
        </w:rPr>
        <w:t>……</w:t>
      </w:r>
      <w:r>
        <w:rPr>
          <w:b w:val="0"/>
          <w:i w:val="0"/>
          <w:u w:val="none"/>
        </w:rPr>
        <w:t xml:space="preserve"> de </w:t>
      </w:r>
      <w:r>
        <w:rPr>
          <w:b w:val="0"/>
          <w:i w:val="0"/>
          <w:u w:val="none"/>
        </w:rPr>
        <w:t>……………………………</w:t>
      </w:r>
      <w:r>
        <w:rPr>
          <w:b w:val="0"/>
          <w:i w:val="0"/>
          <w:u w:val="none"/>
        </w:rPr>
        <w:t xml:space="preserve"> de 2026.</w:t>
      </w:r>
    </w:p>
    <w:p>
      <w:pPr>
        <w:keepNext/>
        <w:spacing w:after="120"/>
        <w:jc w:val="left"/>
      </w:pPr>
      <w:r>
        <w:rPr>
          <w:b w:val="0"/>
          <w:i/>
          <w:sz w:val="18"/>
          <w:u w:val="none"/>
        </w:rPr>
        <w:t>(localidad)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536"/>
        <w:gridCol w:w="4536"/>
      </w:tblGrid>
      <w:tr>
        <w:trPr>
          <w:cantSplit w:val="true"/>
        </w:trPr>
        <w:tc>
          <w:tcPr>
            <w:tcW w:type="dxa" w:w="4535"/>
          </w:tcPr>
          <w:p>
            <w:pPr>
              <w:keepNext/>
              <w:spacing w:after="0"/>
              <w:jc w:val="center"/>
            </w:pPr>
            <w:r/>
            <w:r>
              <w:rPr>
                <w:b w:val="0"/>
                <w:sz w:val="22"/>
              </w:rPr>
              <w:t>Fdo.: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/>
                <w:sz w:val="22"/>
              </w:rPr>
              <w:t>EL/LA REPRESENTANTE DEL CLUB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  <w:t>(nombre, apellidos y firma)</w:t>
            </w:r>
          </w:p>
        </w:tc>
        <w:tc>
          <w:tcPr>
            <w:tcW w:type="dxa" w:w="4535"/>
          </w:tcPr>
          <w:p>
            <w:pPr>
              <w:keepNext/>
              <w:spacing w:after="0"/>
              <w:jc w:val="center"/>
            </w:pPr>
            <w:r/>
            <w:r>
              <w:rPr>
                <w:b w:val="0"/>
                <w:sz w:val="22"/>
              </w:rPr>
              <w:t>Fdo.: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/>
                <w:sz w:val="22"/>
              </w:rPr>
              <w:t>POR LA JUNTA ELECTORAL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  <w:t>El Secretario: D. Antonio José Guerra Rodríguez</w:t>
            </w:r>
          </w:p>
        </w:tc>
      </w:tr>
    </w:tbl>
    <w:p>
      <w:pPr>
        <w:pageBreakBefore/>
        <w:spacing w:after="0"/>
        <w:jc w:val="left"/>
      </w:pPr>
      <w:r>
        <w:rPr>
          <w:b/>
          <w:i w:val="0"/>
          <w:u w:val="single"/>
        </w:rPr>
        <w:t>PROCESO ELECTORAL 2026</w:t>
      </w:r>
    </w:p>
    <w:p>
      <w:pPr>
        <w:spacing w:after="120"/>
        <w:jc w:val="left"/>
      </w:pPr>
      <w:r>
        <w:rPr>
          <w:b/>
          <w:i w:val="0"/>
          <w:u w:val="single"/>
        </w:rPr>
        <w:t>FEDERACIÓN CANARIA DE AUTOMOVILISMO</w:t>
      </w:r>
    </w:p>
    <w:p>
      <w:pPr>
        <w:spacing w:after="40"/>
        <w:jc w:val="left"/>
      </w:pPr>
      <w:r>
        <w:rPr>
          <w:b/>
          <w:i w:val="0"/>
          <w:u w:val="single"/>
        </w:rPr>
        <w:t>ASUNTO:</w:t>
      </w:r>
    </w:p>
    <w:p>
      <w:pPr>
        <w:spacing w:after="0"/>
        <w:jc w:val="left"/>
        <w:shd w:val="clear" w:color="auto" w:fill="E7E6E6"/>
      </w:pPr>
      <w:r>
        <w:rPr>
          <w:b/>
          <w:i w:val="0"/>
          <w:u w:val="none"/>
        </w:rPr>
        <w:t>TOMA DE POSESIÓN DE MIEMBROS ELECTOS DE LA ASAMBLEA DE LA FEDERACIÓN INSULAR DE AUTOMOVILISMO DE LA PALMA (FIALP)</w:t>
      </w:r>
    </w:p>
    <w:p>
      <w:pPr>
        <w:spacing w:after="0"/>
        <w:jc w:val="left"/>
        <w:shd w:val="clear" w:color="auto" w:fill="E7E6E6"/>
      </w:pPr>
      <w:r>
        <w:rPr>
          <w:b/>
          <w:i w:val="0"/>
          <w:u w:val="none"/>
        </w:rPr>
        <w:t>(ESTAMENTO DE OFICIALES)</w:t>
      </w:r>
    </w:p>
    <w:p>
      <w:pPr>
        <w:spacing w:after="0"/>
      </w:pPr>
      <w:r>
        <w:rPr>
          <w:b w:val="0"/>
          <w:i w:val="0"/>
          <w:u w:val="none"/>
        </w:rPr>
      </w:r>
    </w:p>
    <w:p>
      <w:pPr>
        <w:spacing w:after="0" w:before="120"/>
        <w:jc w:val="center"/>
      </w:pPr>
      <w:r>
        <w:rPr>
          <w:b/>
          <w:i w:val="0"/>
          <w:u w:val="none"/>
        </w:rPr>
        <w:t>ACTA DE TOMA DE POSESIÓN COMO MIEMBRO DE LA</w:t>
      </w:r>
    </w:p>
    <w:p>
      <w:pPr>
        <w:spacing w:after="160"/>
        <w:jc w:val="center"/>
      </w:pPr>
      <w:r>
        <w:rPr>
          <w:b/>
          <w:i w:val="0"/>
          <w:u w:val="none"/>
        </w:rPr>
        <w:t>ASAMBLEA DE LA FEDERACIÓN INSULAR DE AUTOMOVILISMO DE LA PALMA (FIALP)</w:t>
      </w:r>
    </w:p>
    <w:p>
      <w:pPr>
        <w:spacing w:after="0"/>
      </w:pPr>
      <w:r>
        <w:rPr>
          <w:b w:val="0"/>
          <w:i w:val="0"/>
          <w:u w:val="none"/>
        </w:rPr>
        <w:t xml:space="preserve">En cumplimiento de lo dispuesto en la Orden de la Consejería de Educación, Cultura y Deportes de 4 de octubre de 2001, por la que se regulan los procesos electorales en las Federaciones Deportivas Canarias, y en su Reglamento Electoral General (Anexo I), y una vez efectuada por la Junta Electoral la proclamación definitiva de los candidatos electos a la Asamblea de la Federación Insular de Automovilismo de La Palma mediante su Resolución nº </w:t>
      </w:r>
      <w:r>
        <w:rPr>
          <w:highlight w:val="yellow"/>
        </w:rPr>
        <w:t>[__]</w:t>
      </w:r>
      <w:r>
        <w:t xml:space="preserve">, de </w:t>
      </w:r>
      <w:r>
        <w:rPr>
          <w:highlight w:val="yellow"/>
        </w:rPr>
        <w:t>[__] de [______]</w:t>
      </w:r>
      <w:r>
        <w:rPr>
          <w:b w:val="0"/>
        </w:rPr>
        <w:t xml:space="preserve"> de 2026, se procede al ACTO DE TOMA DE POSESIÓN DE:</w:t>
      </w:r>
    </w:p>
    <w:p>
      <w:pPr>
        <w:spacing w:after="40"/>
      </w:pPr>
      <w:r>
        <w:rPr>
          <w:b w:val="0"/>
          <w:i w:val="0"/>
          <w:u w:val="none"/>
        </w:rPr>
      </w:r>
    </w:p>
    <w:p>
      <w:pPr>
        <w:jc w:val="left"/>
      </w:pPr>
      <w:r>
        <w:rPr>
          <w:b/>
          <w:i w:val="0"/>
          <w:u w:val="none"/>
        </w:rPr>
        <w:t xml:space="preserve">D./Dª </w:t>
      </w:r>
      <w:r>
        <w:rPr>
          <w:b w:val="0"/>
          <w:i w:val="0"/>
          <w:u w:val="none"/>
        </w:rPr>
        <w:t>……………………………………………………………………</w:t>
      </w:r>
    </w:p>
    <w:p>
      <w:pPr>
        <w:jc w:val="left"/>
      </w:pPr>
      <w:r>
        <w:rPr>
          <w:b w:val="0"/>
          <w:i w:val="0"/>
          <w:u w:val="none"/>
        </w:rPr>
        <w:t xml:space="preserve">con DNI nº </w:t>
      </w:r>
      <w:r>
        <w:rPr>
          <w:b w:val="0"/>
          <w:i w:val="0"/>
          <w:u w:val="none"/>
        </w:rPr>
        <w:t>……………………………</w:t>
      </w:r>
    </w:p>
    <w:p>
      <w:pPr>
        <w:spacing w:before="80"/>
      </w:pPr>
      <w:r>
        <w:rPr>
          <w:b w:val="0"/>
          <w:i w:val="0"/>
          <w:u w:val="none"/>
        </w:rPr>
        <w:t xml:space="preserve">COMO MIEMBRO DE LA </w:t>
      </w:r>
      <w:r>
        <w:rPr>
          <w:b/>
          <w:i w:val="0"/>
          <w:u w:val="none"/>
        </w:rPr>
        <w:t>ASAMBLEA DE LA FEDERACIÓN INSULAR DE AUTOMOVILISMO DE LA PALMA (FIALP)</w:t>
      </w:r>
      <w:r>
        <w:rPr>
          <w:b w:val="0"/>
          <w:i w:val="0"/>
          <w:u w:val="none"/>
        </w:rPr>
        <w:t xml:space="preserve">, por el estamento de </w:t>
      </w:r>
      <w:r>
        <w:rPr>
          <w:b/>
          <w:i w:val="0"/>
          <w:u w:val="none"/>
        </w:rPr>
        <w:t>OFICIALES</w:t>
      </w:r>
      <w:r>
        <w:rPr>
          <w:b w:val="0"/>
          <w:i w:val="0"/>
          <w:u w:val="none"/>
        </w:rPr>
        <w:t xml:space="preserve">, </w:t>
      </w:r>
      <w:r>
        <w:rPr>
          <w:b/>
          <w:i w:val="0"/>
          <w:u w:val="none"/>
        </w:rPr>
        <w:t>INSULAR DE LA PALMA</w:t>
      </w:r>
      <w:r>
        <w:rPr>
          <w:b w:val="0"/>
          <w:i w:val="0"/>
          <w:u w:val="none"/>
        </w:rPr>
        <w:t>.</w:t>
      </w:r>
    </w:p>
    <w:p>
      <w:pPr>
        <w:spacing w:before="120"/>
      </w:pPr>
      <w:r>
        <w:rPr>
          <w:b w:val="0"/>
          <w:i w:val="0"/>
          <w:u w:val="none"/>
        </w:rPr>
        <w:t xml:space="preserve">UNA VEZ PROCLAMADO/A DE FORMA DEFINITIVA POR LA JUNTA ELECTORAL COMO MIEMBRO ELECTO DE LA </w:t>
      </w:r>
      <w:r>
        <w:rPr>
          <w:b/>
          <w:i w:val="0"/>
          <w:u w:val="none"/>
        </w:rPr>
        <w:t>ASAMBLEA DE LA FEDERACIÓN INSULAR DE AUTOMOVILISMO DE LA PALMA (FIALP)</w:t>
      </w:r>
      <w:r>
        <w:rPr>
          <w:b w:val="0"/>
          <w:i w:val="0"/>
          <w:u w:val="none"/>
        </w:rPr>
        <w:t xml:space="preserve">, y en virtud de lo dispuesto en el artículo 17 del Reglamento Electoral General y demás normativa vigente, </w:t>
      </w:r>
      <w:r>
        <w:rPr>
          <w:b w:val="0"/>
          <w:i w:val="0"/>
          <w:u w:val="none"/>
        </w:rPr>
        <w:t>el/la miembro electo/a</w:t>
      </w:r>
      <w:r>
        <w:rPr>
          <w:b/>
          <w:i w:val="0"/>
          <w:u w:val="none"/>
        </w:rPr>
        <w:t xml:space="preserve"> TOMA POSESIÓN y </w:t>
      </w:r>
      <w:r>
        <w:rPr>
          <w:b/>
          <w:i w:val="0"/>
          <w:u w:val="none"/>
        </w:rPr>
        <w:t>☐ PROMETE   ☐ JURA</w:t>
      </w:r>
      <w:r>
        <w:rPr>
          <w:b/>
          <w:i w:val="0"/>
          <w:u w:val="none"/>
        </w:rPr>
        <w:t xml:space="preserve"> ACATAR LOS ESTATUTOS Y REGLAMENTOS DE LA FEDERACIÓN CANARIA DE AUTOMOVILISMO</w:t>
      </w:r>
      <w:r>
        <w:rPr>
          <w:b/>
          <w:i w:val="0"/>
          <w:u w:val="none"/>
        </w:rPr>
        <w:t xml:space="preserve"> Y DE LA FEDERACIÓN INSULAR DE AUTOMOVILISMO DE LA PALMA</w:t>
      </w:r>
      <w:r>
        <w:rPr>
          <w:b w:val="0"/>
          <w:i w:val="0"/>
          <w:u w:val="none"/>
        </w:rPr>
        <w:t>.</w:t>
      </w:r>
    </w:p>
    <w:p>
      <w:pPr>
        <w:keepNext/>
        <w:spacing w:before="120"/>
        <w:jc w:val="left"/>
      </w:pPr>
      <w:r>
        <w:rPr>
          <w:b w:val="0"/>
          <w:i w:val="0"/>
          <w:u w:val="none"/>
        </w:rPr>
        <w:t>……………………………………………………</w:t>
      </w:r>
      <w:r>
        <w:rPr>
          <w:b w:val="0"/>
          <w:i w:val="0"/>
          <w:u w:val="none"/>
        </w:rPr>
        <w:t xml:space="preserve">, a </w:t>
      </w:r>
      <w:r>
        <w:rPr>
          <w:b w:val="0"/>
          <w:i w:val="0"/>
          <w:u w:val="none"/>
        </w:rPr>
        <w:t>……</w:t>
      </w:r>
      <w:r>
        <w:rPr>
          <w:b w:val="0"/>
          <w:i w:val="0"/>
          <w:u w:val="none"/>
        </w:rPr>
        <w:t xml:space="preserve"> de </w:t>
      </w:r>
      <w:r>
        <w:rPr>
          <w:b w:val="0"/>
          <w:i w:val="0"/>
          <w:u w:val="none"/>
        </w:rPr>
        <w:t>……………………………</w:t>
      </w:r>
      <w:r>
        <w:rPr>
          <w:b w:val="0"/>
          <w:i w:val="0"/>
          <w:u w:val="none"/>
        </w:rPr>
        <w:t xml:space="preserve"> de 2026.</w:t>
      </w:r>
    </w:p>
    <w:p>
      <w:pPr>
        <w:keepNext/>
        <w:spacing w:after="120"/>
        <w:jc w:val="left"/>
      </w:pPr>
      <w:r>
        <w:rPr>
          <w:b w:val="0"/>
          <w:i/>
          <w:sz w:val="18"/>
          <w:u w:val="none"/>
        </w:rPr>
        <w:t>(localidad)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536"/>
        <w:gridCol w:w="4536"/>
      </w:tblGrid>
      <w:tr>
        <w:trPr>
          <w:cantSplit w:val="true"/>
        </w:trPr>
        <w:tc>
          <w:tcPr>
            <w:tcW w:type="dxa" w:w="4535"/>
          </w:tcPr>
          <w:p>
            <w:pPr>
              <w:keepNext/>
              <w:spacing w:after="0"/>
              <w:jc w:val="center"/>
            </w:pPr>
            <w:r/>
            <w:r>
              <w:rPr>
                <w:b w:val="0"/>
                <w:sz w:val="22"/>
              </w:rPr>
              <w:t>Fdo.: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/>
                <w:sz w:val="22"/>
              </w:rPr>
              <w:t>EL/LA MIEMBRO ELECTO/A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  <w:t>(nombre, apellidos y firma)</w:t>
            </w:r>
          </w:p>
        </w:tc>
        <w:tc>
          <w:tcPr>
            <w:tcW w:type="dxa" w:w="4535"/>
          </w:tcPr>
          <w:p>
            <w:pPr>
              <w:keepNext/>
              <w:spacing w:after="0"/>
              <w:jc w:val="center"/>
            </w:pPr>
            <w:r/>
            <w:r>
              <w:rPr>
                <w:b w:val="0"/>
                <w:sz w:val="22"/>
              </w:rPr>
              <w:t>Fdo.: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</w:r>
          </w:p>
          <w:p>
            <w:pPr>
              <w:keepNext/>
              <w:spacing w:after="0"/>
              <w:jc w:val="center"/>
            </w:pPr>
            <w:r>
              <w:rPr>
                <w:b/>
                <w:sz w:val="22"/>
              </w:rPr>
              <w:t>POR LA JUNTA ELECTORAL</w:t>
            </w:r>
          </w:p>
          <w:p>
            <w:pPr>
              <w:keepNext/>
              <w:spacing w:after="0"/>
              <w:jc w:val="center"/>
            </w:pPr>
            <w:r>
              <w:rPr>
                <w:b w:val="0"/>
                <w:sz w:val="22"/>
              </w:rPr>
              <w:t>El Secretario: D. Antonio José Guerra Rodríguez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907" w:right="1417" w:bottom="850" w:left="1417" w:header="454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8"/>
      </w:rPr>
      <w:t xml:space="preserve">Página </w:t>
    </w:r>
    <w:r>
      <w:rPr>
        <w:rFonts w:ascii="Times New Roman" w:hAnsi="Times New Roman"/>
        <w:sz w:val="18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/>
        <w:sz w:val="18"/>
      </w:rPr>
      <w:t xml:space="preserve"> de </w:t>
    </w:r>
    <w:r>
      <w:rPr>
        <w:rFonts w:ascii="Times New Roman" w:hAnsi="Times New Roman"/>
        <w:sz w:val="18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i/>
        <w:sz w:val="18"/>
      </w:rPr>
      <w:t>PROCESO ELECTORAL 2026 – JUNTA ELECTORAL FCA   ·   FORMULARIO 2.9.4 · TOMA DE POSESIÓN · FIALP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 w:line="240" w:lineRule="auto"/>
      <w:jc w:val="both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