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INTERINSULAR DE AUTOMOVILISMO DE SANTA CRUZ DE TENERIFE (FIASCT)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DEPORTISTAS)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DE LA FEDERACIÓN INTERINSULAR DE AUTOMOVILISMO DE SANTA CRUZ DE TENERIFE (FIASCT)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Interinsular de Automovilismo de Santa Cruz de Tenerife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la calle </w:t>
      </w:r>
      <w:r>
        <w:rPr>
          <w:b w:val="0"/>
          <w:i w:val="0"/>
          <w:u w:val="none"/>
        </w:rPr>
        <w:t>………………………………………………</w:t>
      </w:r>
      <w:r>
        <w:rPr>
          <w:b w:val="0"/>
          <w:i w:val="0"/>
          <w:u w:val="none"/>
        </w:rPr>
        <w:t xml:space="preserve">, localidad </w:t>
      </w:r>
      <w:r>
        <w:rPr>
          <w:b w:val="0"/>
          <w:i w:val="0"/>
          <w:u w:val="none"/>
        </w:rPr>
        <w:t>………………………</w:t>
      </w:r>
      <w:r>
        <w:rPr>
          <w:b w:val="0"/>
          <w:i w:val="0"/>
          <w:u w:val="none"/>
        </w:rPr>
        <w:t xml:space="preserve">, C.P. </w:t>
      </w:r>
      <w:r>
        <w:rPr>
          <w:b w:val="0"/>
          <w:i w:val="0"/>
          <w:u w:val="none"/>
        </w:rPr>
        <w:t>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INTERINSULAR DE AUTOMOVILISMO DE SANTA CRUZ DE TENERIFE (FIASCT)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DEPORTISTAS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 xml:space="preserve">CIRCUNSCRIPCIÓN INSULAR DE </w:t>
      </w:r>
      <w:r>
        <w:rPr>
          <w:b w:val="0"/>
          <w:i w:val="0"/>
          <w:highlight w:val="yellow"/>
          <w:u w:val="none"/>
        </w:rPr>
        <w:t>………………………………</w:t>
      </w:r>
      <w:r>
        <w:rPr>
          <w:b w:val="0"/>
          <w:i/>
          <w:u w:val="none"/>
        </w:rPr>
        <w:t xml:space="preserve"> (Tenerife o La Gomera)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INTERINSULAR DE AUTOMOVILISMO DE SANTA CRUZ DE TENERIFE (FIASCT)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INTERINSULAR DE AUTOMOVILISMO DE SANTA CRUZ DE TENERIFE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INTERINSULAR DE AUTOMOVILISMO DE SANTA CRUZ DE TENERIFE (FIASCT)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CLUBES)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80"/>
        <w:jc w:val="center"/>
      </w:pPr>
      <w:r>
        <w:rPr>
          <w:b/>
          <w:i w:val="0"/>
          <w:sz w:val="22"/>
          <w:u w:val="none"/>
        </w:rPr>
        <w:t>ACTA DE TOMA DE POSESIÓN COMO MIEMBRO DE LA ASAMBLEA DE LA FEDERACIÓN INTERINSULAR DE AUTOMOVILISMO DE SANTA CRUZ DE TENERIFE (FIASCT)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Interinsular de Automovilismo de Santa Cruz de Tenerife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El CLUB / ENTIDAD </w:t>
      </w:r>
      <w:r>
        <w:rPr>
          <w:b w:val="0"/>
          <w:i/>
          <w:u w:val="none"/>
        </w:rPr>
        <w:t xml:space="preserve">(denominación oficial completa): </w:t>
      </w:r>
      <w:r>
        <w:rPr>
          <w:b w:val="0"/>
          <w:i w:val="0"/>
          <w:u w:val="none"/>
        </w:rPr>
        <w:t>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</w:t>
      </w:r>
      <w:r>
        <w:rPr>
          <w:b w:val="0"/>
          <w:i/>
          <w:u w:val="none"/>
        </w:rPr>
        <w:t xml:space="preserve">(calle, número, localidad, C.P.) </w:t>
      </w:r>
      <w:r>
        <w:rPr>
          <w:b w:val="0"/>
          <w:i w:val="0"/>
          <w:u w:val="none"/>
        </w:rPr>
        <w:t>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e inscrito en el Registro de Entidades Deportivas de Canarias con el nº </w:t>
      </w:r>
      <w:r>
        <w:rPr>
          <w:b w:val="0"/>
          <w:i w:val="0"/>
          <w:u w:val="none"/>
        </w:rPr>
        <w:t>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INTERINSULAR DE AUTOMOVILISMO DE SANTA CRUZ DE TENERIFE (FIASCT)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CLUBES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 xml:space="preserve">CIRCUNSCRIPCIÓN INSULAR DE </w:t>
      </w:r>
      <w:r>
        <w:rPr>
          <w:b w:val="0"/>
          <w:i w:val="0"/>
          <w:highlight w:val="yellow"/>
          <w:u w:val="none"/>
        </w:rPr>
        <w:t>………………………………</w:t>
      </w:r>
      <w:r>
        <w:rPr>
          <w:b w:val="0"/>
          <w:i/>
          <w:u w:val="none"/>
        </w:rPr>
        <w:t xml:space="preserve"> (Tenerife, La Gomera o El Hierro)</w:t>
      </w:r>
      <w:r>
        <w:rPr>
          <w:b w:val="0"/>
          <w:i w:val="0"/>
          <w:u w:val="none"/>
        </w:rPr>
        <w:t>.</w:t>
      </w:r>
    </w:p>
    <w:p>
      <w:pPr>
        <w:spacing w:before="80"/>
      </w:pPr>
      <w:r>
        <w:rPr>
          <w:b w:val="0"/>
          <w:i w:val="0"/>
          <w:u w:val="none"/>
        </w:rPr>
        <w:t xml:space="preserve">Y, EN SU NOMBRE Y REPRESENTACIÓN, D./Dª </w:t>
      </w: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con DNI nº </w:t>
      </w:r>
      <w:r>
        <w:rPr>
          <w:b w:val="0"/>
          <w:i w:val="0"/>
          <w:u w:val="none"/>
        </w:rPr>
        <w:t>……………………</w:t>
      </w:r>
      <w:r>
        <w:rPr>
          <w:b w:val="0"/>
          <w:i w:val="0"/>
          <w:u w:val="none"/>
        </w:rPr>
        <w:t xml:space="preserve">, en su condición de </w:t>
      </w:r>
      <w:r>
        <w:rPr>
          <w:b/>
          <w:i w:val="0"/>
          <w:u w:val="none"/>
        </w:rPr>
        <w:t>☐ Presidente/a   ☐ directivo/a designado/a por la Junta Directiva</w:t>
      </w:r>
      <w:r>
        <w:rPr>
          <w:b w:val="0"/>
          <w:i w:val="0"/>
          <w:u w:val="none"/>
        </w:rPr>
        <w:t xml:space="preserve"> como representante de la entidad ante la Asamblea (artículo 8.3 del Reglamento Electoral General y artículo 5.1.b) de la Orden), </w:t>
      </w:r>
      <w:r>
        <w:rPr>
          <w:b w:val="0"/>
          <w:i/>
          <w:u w:val="none"/>
        </w:rPr>
        <w:t>acompañando, en caso de directivo/a, certificado del Secretario/a del club con el visto bueno del Presidente/a.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INTERINSULAR DE AUTOMOVILISMO DE SANTA CRUZ DE TENERIFE (FIASCT)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representante de la entidad, en nombre de esta,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INTERINSULAR DE AUTOMOVILISMO DE SANTA CRUZ DE TENERIFE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REPRESENTANTE DEL CLUB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INTERINSULAR DE AUTOMOVILISMO DE SANTA CRUZ DE TENERIFE (FIASCT)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OFICIALES)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DE LA FEDERACIÓN INTERINSULAR DE AUTOMOVILISMO DE SANTA CRUZ DE TENERIFE (FIASCT)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Interinsular de Automovilismo de Santa Cruz de Tenerife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INTERINSULAR DE AUTOMOVILISMO DE SANTA CRUZ DE TENERIFE (FIASCT)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OFICIALES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CIRCUNSCRIPCIÓN ÚNICA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INTERINSULAR DE AUTOMOVILISMO DE SANTA CRUZ DE TENERIFE (FIASCT)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INTERINSULAR DE AUTOMOVILISMO DE SANTA CRUZ DE TENERIFE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417" w:bottom="850" w:left="1417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Página </w:t>
    </w:r>
    <w:r>
      <w:rPr>
        <w:rFonts w:ascii="Times New Roman" w:hAnsi="Times New Roman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de </w:t>
    </w:r>
    <w:r>
      <w:rPr>
        <w:rFonts w:ascii="Times New Roman" w:hAnsi="Times New Roman"/>
        <w:sz w:val="18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sz w:val="18"/>
      </w:rPr>
      <w:t>PROCESO ELECTORAL 2026 – JUNTA ELECTORAL FCA   ·   FORMULARIO 2.9.3 · TOMA DE POSESIÓN · FIASCT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40" w:lineRule="auto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