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DE LA FEDERACIÓN INTERINSULAR DE AUTOMOVILISMO DE LAS PALMAS (FALP)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DEPORTISTAS)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0" w:before="120"/>
        <w:jc w:val="center"/>
      </w:pPr>
      <w:r>
        <w:rPr>
          <w:b/>
          <w:i w:val="0"/>
          <w:u w:val="none"/>
        </w:rPr>
        <w:t>ACTA DE TOMA DE POSESIÓN COMO MIEMBRO DE LA</w:t>
      </w:r>
    </w:p>
    <w:p>
      <w:pPr>
        <w:spacing w:after="160"/>
        <w:jc w:val="center"/>
      </w:pPr>
      <w:r>
        <w:rPr>
          <w:b/>
          <w:i w:val="0"/>
          <w:u w:val="none"/>
        </w:rPr>
        <w:t>ASAMBLEA DE LA FEDERACIÓN INTERINSULAR DE AUTOMOVILISMO DE LAS PALMAS (FALP)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de la Federación Interinsular de Automovilismo de Las Palmas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D./Dª </w:t>
      </w:r>
      <w:r>
        <w:rPr>
          <w:b w:val="0"/>
          <w:i w:val="0"/>
          <w:u w:val="none"/>
        </w:rPr>
        <w:t>……………………………………………………………………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DNI nº </w:t>
      </w:r>
      <w:r>
        <w:rPr>
          <w:b w:val="0"/>
          <w:i w:val="0"/>
          <w:u w:val="none"/>
        </w:rPr>
        <w:t>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domicilio en la calle </w:t>
      </w:r>
      <w:r>
        <w:rPr>
          <w:b w:val="0"/>
          <w:i w:val="0"/>
          <w:u w:val="none"/>
        </w:rPr>
        <w:t>………………………………………………</w:t>
      </w:r>
      <w:r>
        <w:rPr>
          <w:b w:val="0"/>
          <w:i w:val="0"/>
          <w:u w:val="none"/>
        </w:rPr>
        <w:t xml:space="preserve">, localidad </w:t>
      </w:r>
      <w:r>
        <w:rPr>
          <w:b w:val="0"/>
          <w:i w:val="0"/>
          <w:u w:val="none"/>
        </w:rPr>
        <w:t>………………………</w:t>
      </w:r>
      <w:r>
        <w:rPr>
          <w:b w:val="0"/>
          <w:i w:val="0"/>
          <w:u w:val="none"/>
        </w:rPr>
        <w:t xml:space="preserve">, C.P. </w:t>
      </w:r>
      <w:r>
        <w:rPr>
          <w:b w:val="0"/>
          <w:i w:val="0"/>
          <w:u w:val="none"/>
        </w:rPr>
        <w:t>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DE LA FEDERACIÓN INTERINSULAR DE AUTOMOVILISMO DE LAS PALMAS (FALP)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DEPORTISTAS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 xml:space="preserve">CIRCUNSCRIPCIÓN INSULAR DE </w:t>
      </w:r>
      <w:r>
        <w:rPr>
          <w:b w:val="0"/>
          <w:i w:val="0"/>
          <w:highlight w:val="yellow"/>
          <w:u w:val="none"/>
        </w:rPr>
        <w:t>………………………………</w:t>
      </w:r>
      <w:r>
        <w:rPr>
          <w:b w:val="0"/>
          <w:i/>
          <w:u w:val="none"/>
        </w:rPr>
        <w:t xml:space="preserve"> (Gran Canaria, Lanzarote o Fuerteventura)</w:t>
      </w:r>
      <w:r>
        <w:rPr>
          <w:b w:val="0"/>
          <w:i w:val="0"/>
          <w:u w:val="none"/>
        </w:rPr>
        <w:t>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DE LA FEDERACIÓN INTERINSULAR DE AUTOMOVILISMO DE LAS PALMAS (FALP)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miembro electo/a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  <w:t xml:space="preserve"> Y DE LA FEDERACIÓN INTERINSULAR DE AUTOMOVILISMO DE LAS PALMAS</w:t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MIEMBRO ELECTO/A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p>
      <w:pPr>
        <w:pageBreakBefore/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DE LA FEDERACIÓN INTERINSULAR DE AUTOMOVILISMO DE LAS PALMAS (FALP)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CLUBES)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80"/>
        <w:jc w:val="center"/>
      </w:pPr>
      <w:r>
        <w:rPr>
          <w:b/>
          <w:i w:val="0"/>
          <w:sz w:val="22"/>
          <w:u w:val="none"/>
        </w:rPr>
        <w:t>ACTA DE TOMA DE POSESIÓN COMO MIEMBRO DE LA ASAMBLEA DE LA FEDERACIÓN INTERINSULAR DE AUTOMOVILISMO DE LAS PALMAS (FALP)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de la Federación Interinsular de Automovilismo de Las Palmas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El CLUB / ENTIDAD </w:t>
      </w:r>
      <w:r>
        <w:rPr>
          <w:b w:val="0"/>
          <w:i/>
          <w:u w:val="none"/>
        </w:rPr>
        <w:t xml:space="preserve">(denominación oficial completa): </w:t>
      </w:r>
      <w:r>
        <w:rPr>
          <w:b w:val="0"/>
          <w:i w:val="0"/>
          <w:u w:val="none"/>
        </w:rPr>
        <w:t>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domicilio en </w:t>
      </w:r>
      <w:r>
        <w:rPr>
          <w:b w:val="0"/>
          <w:i/>
          <w:u w:val="none"/>
        </w:rPr>
        <w:t xml:space="preserve">(calle, número, localidad, C.P.) </w:t>
      </w:r>
      <w:r>
        <w:rPr>
          <w:b w:val="0"/>
          <w:i w:val="0"/>
          <w:u w:val="none"/>
        </w:rPr>
        <w:t>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e inscrito en el Registro de Entidades Deportivas de Canarias con el nº </w:t>
      </w:r>
      <w:r>
        <w:rPr>
          <w:b w:val="0"/>
          <w:i w:val="0"/>
          <w:u w:val="none"/>
        </w:rPr>
        <w:t>………………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DE LA FEDERACIÓN INTERINSULAR DE AUTOMOVILISMO DE LAS PALMAS (FALP)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CLUBES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 xml:space="preserve">CIRCUNSCRIPCIÓN INSULAR DE </w:t>
      </w:r>
      <w:r>
        <w:rPr>
          <w:b w:val="0"/>
          <w:i w:val="0"/>
          <w:highlight w:val="yellow"/>
          <w:u w:val="none"/>
        </w:rPr>
        <w:t>………………………………</w:t>
      </w:r>
      <w:r>
        <w:rPr>
          <w:b w:val="0"/>
          <w:i/>
          <w:u w:val="none"/>
        </w:rPr>
        <w:t xml:space="preserve"> (Gran Canaria, Lanzarote o Fuerteventura)</w:t>
      </w:r>
      <w:r>
        <w:rPr>
          <w:b w:val="0"/>
          <w:i w:val="0"/>
          <w:u w:val="none"/>
        </w:rPr>
        <w:t>.</w:t>
      </w:r>
    </w:p>
    <w:p>
      <w:pPr>
        <w:spacing w:before="80"/>
      </w:pPr>
      <w:r>
        <w:rPr>
          <w:b w:val="0"/>
          <w:i w:val="0"/>
          <w:u w:val="none"/>
        </w:rPr>
        <w:t xml:space="preserve">Y, EN SU NOMBRE Y REPRESENTACIÓN, D./Dª </w:t>
      </w: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con DNI nº </w:t>
      </w:r>
      <w:r>
        <w:rPr>
          <w:b w:val="0"/>
          <w:i w:val="0"/>
          <w:u w:val="none"/>
        </w:rPr>
        <w:t>……………………</w:t>
      </w:r>
      <w:r>
        <w:rPr>
          <w:b w:val="0"/>
          <w:i w:val="0"/>
          <w:u w:val="none"/>
        </w:rPr>
        <w:t xml:space="preserve">, en su condición de </w:t>
      </w:r>
      <w:r>
        <w:rPr>
          <w:b/>
          <w:i w:val="0"/>
          <w:u w:val="none"/>
        </w:rPr>
        <w:t>☐ Presidente/a   ☐ directivo/a designado/a por la Junta Directiva</w:t>
      </w:r>
      <w:r>
        <w:rPr>
          <w:b w:val="0"/>
          <w:i w:val="0"/>
          <w:u w:val="none"/>
        </w:rPr>
        <w:t xml:space="preserve"> como representante de la entidad ante la Asamblea (artículo 8.3 del Reglamento Electoral General y artículo 5.1.b) de la Orden), </w:t>
      </w:r>
      <w:r>
        <w:rPr>
          <w:b w:val="0"/>
          <w:i/>
          <w:u w:val="none"/>
        </w:rPr>
        <w:t>acompañando, en caso de directivo/a, certificado del Secretario/a del club con el visto bueno del Presidente/a.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DE LA FEDERACIÓN INTERINSULAR DE AUTOMOVILISMO DE LAS PALMAS (FALP)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representante de la entidad, en nombre de esta,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  <w:t xml:space="preserve"> Y DE LA FEDERACIÓN INTERINSULAR DE AUTOMOVILISMO DE LAS PALMAS</w:t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REPRESENTANTE DEL CLUB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p>
      <w:pPr>
        <w:pageBreakBefore/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DE LA FEDERACIÓN INTERINSULAR DE AUTOMOVILISMO DE LAS PALMAS (FALP)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OFICIALES)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0" w:before="120"/>
        <w:jc w:val="center"/>
      </w:pPr>
      <w:r>
        <w:rPr>
          <w:b/>
          <w:i w:val="0"/>
          <w:u w:val="none"/>
        </w:rPr>
        <w:t>ACTA DE TOMA DE POSESIÓN COMO MIEMBRO DE LA</w:t>
      </w:r>
    </w:p>
    <w:p>
      <w:pPr>
        <w:spacing w:after="160"/>
        <w:jc w:val="center"/>
      </w:pPr>
      <w:r>
        <w:rPr>
          <w:b/>
          <w:i w:val="0"/>
          <w:u w:val="none"/>
        </w:rPr>
        <w:t>ASAMBLEA DE LA FEDERACIÓN INTERINSULAR DE AUTOMOVILISMO DE LAS PALMAS (FALP)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de la Federación Interinsular de Automovilismo de Las Palmas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D./Dª </w:t>
      </w:r>
      <w:r>
        <w:rPr>
          <w:b w:val="0"/>
          <w:i w:val="0"/>
          <w:u w:val="none"/>
        </w:rPr>
        <w:t>……………………………………………………………………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DNI nº </w:t>
      </w:r>
      <w:r>
        <w:rPr>
          <w:b w:val="0"/>
          <w:i w:val="0"/>
          <w:u w:val="none"/>
        </w:rPr>
        <w:t>……………………………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DE LA FEDERACIÓN INTERINSULAR DE AUTOMOVILISMO DE LAS PALMAS (FALP)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OFICIALES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CIRCUNSCRIPCIÓN ÚNICA</w:t>
      </w:r>
      <w:r>
        <w:rPr>
          <w:b w:val="0"/>
          <w:i w:val="0"/>
          <w:u w:val="none"/>
        </w:rPr>
        <w:t>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DE LA FEDERACIÓN INTERINSULAR DE AUTOMOVILISMO DE LAS PALMAS (FALP)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miembro electo/a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  <w:t xml:space="preserve"> Y DE LA FEDERACIÓN INTERINSULAR DE AUTOMOVILISMO DE LAS PALMAS</w:t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MIEMBRO ELECTO/A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417" w:bottom="850" w:left="1417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Página </w:t>
    </w:r>
    <w:r>
      <w:rPr>
        <w:rFonts w:ascii="Times New Roman" w:hAnsi="Times New Roman"/>
        <w:sz w:val="18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de </w:t>
    </w:r>
    <w:r>
      <w:rPr>
        <w:rFonts w:ascii="Times New Roman" w:hAnsi="Times New Roman"/>
        <w:sz w:val="18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i/>
        <w:sz w:val="18"/>
      </w:rPr>
      <w:t>PROCESO ELECTORAL 2026 – JUNTA ELECTORAL FCA   ·   FORMULARIO 2.9.2 · TOMA DE POSESIÓN · FALP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40" w:lineRule="auto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